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מדליקים אור – שבוע שלפני חנוכה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"מדליקים אור – שבוע שלפני חנוכה"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שבוע של הכנה לחנוכה: אור, תקווה, והרצון להאיר גם לאחרים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שבוע של אור, נס ואומץ, וכבוד מיוחד לבנות ולנשים במסורת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להכיר זה את זה באמת ולהרגיש שיש לכל אחד ואחת מקום בכיתה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היכולת לפתוח דף חדש, לנסות שוב ולהתחיל משהו בלי לדעת איך ייגמר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להדליק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סביבון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🕯️ מדליקים אור – שבוע שלפני חנוכה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מדליקים אור – שבוע שלפני חנוכה – שבוע של הכנה לחנוכה: אור, תקווה, והרצון להאיר גם לאחרים.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השבוע הכיתה מכינה חנוכייה גדולה מקרטון לכניסה לבית הספר. כל ילד וילדה כותבים על להבה מנייר משאלה או מעשה טוב. יוסף כתב: לעזור לסבא שלי לסדר את המחסן. ביום שישי, כשכל הלהבות יהיו על הקיר, הכיתה תזהר.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הייתם כותבים על הלהבה שלכם?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אפשר להאיר את היום של מישהו אחר?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"מדליקים אור – שבוע שלפני חנוכה"?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 בבית בהכנות לחג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לעשות מעשה טוב אחד בכל יום ולצייר עליו להבה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לספר סוד של חבר או חברה לכולם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לשמח מישהו שנראה עצוב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🕯️ מדליקים אור – שבוע שלפני חנוכה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שבוע של הכנה לחנוכה: אור, תקווה, והרצון להאיר גם לאחרים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🕎 חנוכה וחג הבנות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להכיר זה את זה באמת ולהרגיש שיש לכל אחד ואחת מקום בכיתה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 היכרות ושייכות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היכולת לפתוח דף חדש, לנסות שוב ולהתחיל משהו בלי לדעת איך ייגמר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התחלות חדשות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שבוע של אור, נס ואומץ, וכבוד מיוחד לבנות ולנשים במסורת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"נר קטן יכול ________ עוד נר – בלי שהאור שלו יחסר"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אני מסתובב ומסתובב על רגל אחת קטנה, ועל הצדדים שלי כתובות ארבע אותיות. מה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לעשות מעשה טוב אחד בכל יום ולצייר עליו להבה · לשמח מישהו שנראה עצוב · לעזור בבית בהכנות לחג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אור קטן שמגרש חושך?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ספרו על רגע השבוע שהיה בו אור, שמחה או תקווה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מדליקים אור – שבוע שלפני חנוכה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