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מדליקים אור – שבוע שלפני חנוכה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"מדליקים אור – שבוע שלפני חנוכה"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ותיכון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הסיפור בקול לפני העבודה העצמית, ולסיים בשיחה במעגל (10 דקות).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בשאלות הדעה מעריכים נימוק ודוגמה, לא "תשובה נכונה".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לשבוע של הערך בלוח השבועי באתר, אבל אפשר להשתמש בו בכל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שבוע של הכנה לחנוכה: אור, תקווה, והרצון להאיר גם לאחרים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שבוע של אור, נס ואומץ, וכבוד מיוחד לבנות ולנשים במסורת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להכיר זה את זה באמת ולהרגיש שיש לכל אחד ואחת מקום בכיתה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היכולת לפתוח דף חדש, לנסות שוב ולהתחיל משהו בלי לדעת איך ייגמר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להדליק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36 (1+2+3+4+5+6+7+8)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 ברורה, צעד מעשי אחד לפחות, דרך לבדוק הצלחה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🕯️ מדליקים אור – שבוע שלפני חנוכה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ערך השבוע: מדליקים אור – שבוע שלפני חנוכה – שבוע של הכנה לחנוכה: אור, תקווה, והרצון להאיר גם לאחרים. קראו, ענו וכתבו. אין תשובה אחת נכונה בשאלות האישיות.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סיפור קצר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📖 נועה שמה לב שבכל חג יש ילדים שנשארים לבד בחופשה. היא מציעה לכיתה רעיון: כל אחד יכתוב פתק אור קטן לתלמיד או תלמידה מכיתה אחרת שהוא לא מכיר. בהתחלה זה נראה מוזר, אבל כשהפתקים מתחילים להגיע – פתאום כולם מחכים לשלהם.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למה פתק קטן ממישהו שלא מכירים יכול לשמח כל כך?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מי בסביבה שלנו אולי צריך קצת אור החודש?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המשמעות של אור שמוסיפים לאט, ערב אחר ערב?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מה הייתם עושים במקום הדמות בסיפור?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מחזק את הערך?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האם המעשה מחזק את ערך השבוע "מדליקים אור – שבוע שלפני חנוכה"?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ללעוג למי שטועה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לכתוב פתק אור לתלמיד או תלמידה מכיתה אחרת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להוסיף כל יום מעשה טוב אחד – כמו נר נוסף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להתעלם ממי שמבקש עזרה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להזמין מישהו להצטרף אלינו בחופשה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מתאימים ערך להסבר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ערך את האות של ההסבר המתאים 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🕯️ מדליקים אור – שבוע שלפני חנוכה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היכולת לפתוח דף חדש, לנסות שוב ולהתחיל משהו בלי לדעת איך ייגמר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🕎 חנוכה וחג הבנות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להכיר זה את זה באמת ולהרגיש שיש לכל אחד ואחת מקום בכיתה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 היכרות ושייכות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שבוע של הכנה לחנוכה: אור, תקווה, והרצון להאיר גם לאחרים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 התחלות חדשות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שבוע של אור, נס ואומץ, וכבוד מיוחד לבנות ולנשים במסורת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 השבוע וחידה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את משפט השבוע: "נר קטן יכול ________ עוד נר – בלי שהאור שלו יחסר"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🧩 חידה: בחנוכה מדליקים בערב הראשון נר אחד, בשני שניים, וכך עד שמונה. כמה נרות מדליקים בכל החג, בלי השמש?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המטרה שלי לשבוע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מטרה אחת (או כתבו מטרה משלכם) ותכננו איך תעשו אותה: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אפשרויות: לכתוב פתק אור לתלמיד או תלמידה מכיתה אחרת · להוסיף כל יום מעשה טוב אחד – כמו נר נוסף · להזמין מישהו להצטרף אלינו בחופשה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אעשה? מתי? עם 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איך אדע שהצלחתי?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למדתי השבוע על אור קטן שמגרש חושך?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 שרוצה – ספרו על רגע השבוע שהיה בו אור, שמחה או תקווה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מדליקים אור – שבוע שלפני חנוכה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