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מדליקים אור – שבוע שלפני חנוכה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"מדליקים אור – שבוע שלפני חנוכה"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🕯️ מדליקים אור – שבוע שלפני חנוכה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מַדְלִיקִים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מדליקים אור – שבוע שלפני חנוכה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🕯️ ✨ 🍩  משפט השבוע: מַדְלִיקִים אוֹר וּמְאִירִים לַאֲחֵרִים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מַדְלִיקִים  |  שַׁיָּכִים  |  מֵאִיר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"מַדְלִיקִים אוֹר וּמְאִירִים לַאֲחֵרִים"?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🕎 חנוכה וחג הבנות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🕯️ מדליקים אור – שבוע שלפני חנוכה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לשמח מישהו שנראה 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לעשות מעשה טוב אחד בכל יום ולצייר עליו להבה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אוֹר וּמְאִירִים לַאֲחֵרִים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קרה כשאדל הדליקה את הפנס?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לעשות מעשה טוב אחד בכל יום ולצייר עליו להבה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מדליקים אור – שבוע שלפני חנוכה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