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סיגד וראש חודש כסליו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"סיגד וראש חודש כסליו"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ירושלים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longing / тоска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community / община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month / месяц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Jerusalem / Иерусалим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🌾 סיגד וראש חודש כסליו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הסיגד הוא חג של יהודי אתיופיה. בראש חודש מתחיל חודש עברי חדש.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געגוע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longing · тоска · ናፍቆት · حنين · nostalgie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קהילה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community · община · ማህበረሰብ · مجتمع · communauté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חודש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month · месяц · ወር · شهر · mois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ירושלים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Jerusalem · Иерусалим · ኢየሩሳሌም · القدس · Jérusalem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געגוע  |  קהילה  |  חודש  |  ירושלים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Jerusalem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ירושלים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געגוע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קהילה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געגוע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Jerusalem / Иерусалим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קהילה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community / община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חודש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longing / тоска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ירושלים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month / месяц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הסיגד הוא חג של יהודי אתיופיה. בראש ________ מתחיל חודש עברי חדש.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"געגוע".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למה או למי אתם מתגעגעים?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לשאול מבוגר במשפחה על חג שהוא אוהב / לצייר ירח חדש ולהוסיף לו כל יום עוד קצת)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סיגד וראש חודש כסליו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